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8F2C" w14:textId="515ACA77" w:rsidR="00BA6B0B" w:rsidRPr="00341131" w:rsidRDefault="005D7E99">
      <w:pPr>
        <w:pStyle w:val="Title"/>
        <w:rPr>
          <w:sz w:val="44"/>
          <w:szCs w:val="44"/>
        </w:rPr>
      </w:pPr>
      <w:r w:rsidRPr="00341131">
        <w:rPr>
          <w:sz w:val="44"/>
          <w:szCs w:val="44"/>
        </w:rPr>
        <w:t>BCU Africa Agent Visit Schedule - April 2025</w:t>
      </w:r>
    </w:p>
    <w:tbl>
      <w:tblPr>
        <w:tblW w:w="1439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7"/>
        <w:gridCol w:w="1614"/>
        <w:gridCol w:w="4413"/>
        <w:gridCol w:w="2783"/>
        <w:gridCol w:w="3593"/>
      </w:tblGrid>
      <w:tr w:rsidR="00AC0C05" w:rsidRPr="00C628EA" w14:paraId="6F9137AF" w14:textId="77777777" w:rsidTr="044971E9">
        <w:trPr>
          <w:tblHeader/>
          <w:tblCellSpacing w:w="15" w:type="dxa"/>
        </w:trPr>
        <w:tc>
          <w:tcPr>
            <w:tcW w:w="1963" w:type="dxa"/>
            <w:shd w:val="clear" w:color="auto" w:fill="D9D9D9" w:themeFill="background1" w:themeFillShade="D9"/>
            <w:vAlign w:val="center"/>
            <w:hideMark/>
          </w:tcPr>
          <w:p w14:paraId="43651643" w14:textId="77777777" w:rsidR="00C628EA" w:rsidRPr="00C628EA" w:rsidRDefault="00C628EA" w:rsidP="00C628EA">
            <w:pPr>
              <w:rPr>
                <w:b/>
                <w:bCs/>
                <w:lang w:val="en-GB"/>
              </w:rPr>
            </w:pPr>
            <w:r w:rsidRPr="00C628EA">
              <w:rPr>
                <w:b/>
                <w:bCs/>
                <w:lang w:val="en-GB"/>
              </w:rPr>
              <w:t>Date and Time</w:t>
            </w:r>
          </w:p>
        </w:tc>
        <w:tc>
          <w:tcPr>
            <w:tcW w:w="1593" w:type="dxa"/>
            <w:shd w:val="clear" w:color="auto" w:fill="D9D9D9" w:themeFill="background1" w:themeFillShade="D9"/>
            <w:vAlign w:val="center"/>
            <w:hideMark/>
          </w:tcPr>
          <w:p w14:paraId="1813EACC" w14:textId="77777777" w:rsidR="00C628EA" w:rsidRPr="00C628EA" w:rsidRDefault="00C628EA" w:rsidP="00C628EA">
            <w:pPr>
              <w:rPr>
                <w:b/>
                <w:bCs/>
                <w:lang w:val="en-GB"/>
              </w:rPr>
            </w:pPr>
            <w:r w:rsidRPr="00C628EA">
              <w:rPr>
                <w:b/>
                <w:bCs/>
                <w:lang w:val="en-GB"/>
              </w:rPr>
              <w:t>Agent Name</w:t>
            </w:r>
          </w:p>
        </w:tc>
        <w:tc>
          <w:tcPr>
            <w:tcW w:w="4470" w:type="dxa"/>
            <w:shd w:val="clear" w:color="auto" w:fill="D9D9D9" w:themeFill="background1" w:themeFillShade="D9"/>
            <w:vAlign w:val="center"/>
            <w:hideMark/>
          </w:tcPr>
          <w:p w14:paraId="4F236182" w14:textId="77777777" w:rsidR="00C628EA" w:rsidRPr="00C628EA" w:rsidRDefault="00C628EA" w:rsidP="00C628EA">
            <w:pPr>
              <w:rPr>
                <w:b/>
                <w:bCs/>
                <w:lang w:val="en-GB"/>
              </w:rPr>
            </w:pPr>
            <w:r w:rsidRPr="00C628EA">
              <w:rPr>
                <w:b/>
                <w:bCs/>
                <w:lang w:val="en-GB"/>
              </w:rPr>
              <w:t>Address</w:t>
            </w:r>
          </w:p>
        </w:tc>
        <w:tc>
          <w:tcPr>
            <w:tcW w:w="2802" w:type="dxa"/>
            <w:shd w:val="clear" w:color="auto" w:fill="D9D9D9" w:themeFill="background1" w:themeFillShade="D9"/>
            <w:vAlign w:val="center"/>
            <w:hideMark/>
          </w:tcPr>
          <w:p w14:paraId="1B60AA6B" w14:textId="77777777" w:rsidR="00C628EA" w:rsidRPr="00C628EA" w:rsidRDefault="00C628EA" w:rsidP="00C628EA">
            <w:pPr>
              <w:rPr>
                <w:b/>
                <w:bCs/>
                <w:lang w:val="en-GB"/>
              </w:rPr>
            </w:pPr>
            <w:r w:rsidRPr="00C628EA">
              <w:rPr>
                <w:b/>
                <w:bCs/>
                <w:lang w:val="en-GB"/>
              </w:rPr>
              <w:t>Telephone Number(s)</w:t>
            </w:r>
          </w:p>
        </w:tc>
        <w:tc>
          <w:tcPr>
            <w:tcW w:w="3562" w:type="dxa"/>
            <w:shd w:val="clear" w:color="auto" w:fill="D9D9D9" w:themeFill="background1" w:themeFillShade="D9"/>
            <w:vAlign w:val="center"/>
            <w:hideMark/>
          </w:tcPr>
          <w:p w14:paraId="66769DD1" w14:textId="77777777" w:rsidR="00C628EA" w:rsidRPr="00C628EA" w:rsidRDefault="00C628EA" w:rsidP="00C628EA">
            <w:pPr>
              <w:rPr>
                <w:b/>
                <w:bCs/>
                <w:lang w:val="en-GB"/>
              </w:rPr>
            </w:pPr>
            <w:r w:rsidRPr="00C628EA">
              <w:rPr>
                <w:b/>
                <w:bCs/>
                <w:lang w:val="en-GB"/>
              </w:rPr>
              <w:t>Email Address(es)</w:t>
            </w:r>
          </w:p>
        </w:tc>
      </w:tr>
      <w:tr w:rsidR="00C628EA" w:rsidRPr="00C628EA" w14:paraId="6C7E8CED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31122FD5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t>Tuesday, 1st April 2025</w:t>
            </w:r>
          </w:p>
        </w:tc>
        <w:tc>
          <w:tcPr>
            <w:tcW w:w="1593" w:type="dxa"/>
            <w:vAlign w:val="center"/>
            <w:hideMark/>
          </w:tcPr>
          <w:p w14:paraId="21C1D094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4470" w:type="dxa"/>
            <w:vAlign w:val="center"/>
            <w:hideMark/>
          </w:tcPr>
          <w:p w14:paraId="236B7B35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2802" w:type="dxa"/>
            <w:vAlign w:val="center"/>
            <w:hideMark/>
          </w:tcPr>
          <w:p w14:paraId="6D6277FE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3562" w:type="dxa"/>
            <w:vAlign w:val="center"/>
            <w:hideMark/>
          </w:tcPr>
          <w:p w14:paraId="75A24002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455D45C3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4DF15835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09:00 – 10:00</w:t>
            </w:r>
          </w:p>
        </w:tc>
        <w:tc>
          <w:tcPr>
            <w:tcW w:w="1593" w:type="dxa"/>
            <w:vAlign w:val="center"/>
            <w:hideMark/>
          </w:tcPr>
          <w:p w14:paraId="09167F21" w14:textId="0D67D35C" w:rsidR="00C628EA" w:rsidRPr="00C628EA" w:rsidRDefault="00C628EA" w:rsidP="07B74D21">
            <w:pPr>
              <w:rPr>
                <w:lang w:val="en-GB"/>
              </w:rPr>
            </w:pPr>
            <w:proofErr w:type="spellStart"/>
            <w:r w:rsidRPr="07B74D21">
              <w:rPr>
                <w:lang w:val="en-GB"/>
              </w:rPr>
              <w:t>StudyNet</w:t>
            </w:r>
            <w:proofErr w:type="spellEnd"/>
            <w:r w:rsidRPr="07B74D21">
              <w:rPr>
                <w:lang w:val="en-GB"/>
              </w:rPr>
              <w:t xml:space="preserve"> Consultants</w:t>
            </w:r>
          </w:p>
          <w:p w14:paraId="3ED1C9B0" w14:textId="6A7D7FFC" w:rsidR="00C628EA" w:rsidRPr="00C628EA" w:rsidRDefault="49E6AC26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Uganda</w:t>
            </w:r>
            <w:r w:rsidR="2682E2B4" w:rsidRPr="044971E9">
              <w:rPr>
                <w:lang w:val="en-GB"/>
              </w:rPr>
              <w:t xml:space="preserve"> Office</w:t>
            </w:r>
          </w:p>
        </w:tc>
        <w:tc>
          <w:tcPr>
            <w:tcW w:w="4470" w:type="dxa"/>
            <w:vAlign w:val="center"/>
            <w:hideMark/>
          </w:tcPr>
          <w:p w14:paraId="11333603" w14:textId="0AD6A649" w:rsidR="00C628EA" w:rsidRPr="00C628EA" w:rsidRDefault="32E3E4A2" w:rsidP="00C628EA">
            <w:pPr>
              <w:rPr>
                <w:lang w:val="en-GB"/>
              </w:rPr>
            </w:pPr>
            <w:r w:rsidRPr="07B74D21">
              <w:rPr>
                <w:lang w:val="en-GB"/>
              </w:rPr>
              <w:t>Plot 4, Parliament Plaza, Second Floor, Suite 2-K &amp; 2-Q, Parliamentary Avenue</w:t>
            </w:r>
          </w:p>
        </w:tc>
        <w:tc>
          <w:tcPr>
            <w:tcW w:w="2802" w:type="dxa"/>
            <w:vAlign w:val="center"/>
            <w:hideMark/>
          </w:tcPr>
          <w:p w14:paraId="74ABD918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+256 414 673518, +256 758 710 013, +256 743 858 603</w:t>
            </w:r>
          </w:p>
        </w:tc>
        <w:tc>
          <w:tcPr>
            <w:tcW w:w="3562" w:type="dxa"/>
            <w:vAlign w:val="center"/>
            <w:hideMark/>
          </w:tcPr>
          <w:p w14:paraId="7FB45CE9" w14:textId="77777777" w:rsidR="00C628EA" w:rsidRPr="00C628EA" w:rsidRDefault="00C628EA" w:rsidP="00C628EA">
            <w:pPr>
              <w:rPr>
                <w:lang w:val="en-GB"/>
              </w:rPr>
            </w:pPr>
            <w:hyperlink r:id="rId6" w:history="1">
              <w:r w:rsidRPr="00C628EA">
                <w:rPr>
                  <w:rStyle w:val="Hyperlink"/>
                  <w:lang w:val="en-GB"/>
                </w:rPr>
                <w:t>info@studynetug.com</w:t>
              </w:r>
            </w:hyperlink>
            <w:r w:rsidRPr="00C628EA">
              <w:rPr>
                <w:lang w:val="en-GB"/>
              </w:rPr>
              <w:t xml:space="preserve">, </w:t>
            </w:r>
            <w:hyperlink r:id="rId7" w:history="1">
              <w:r w:rsidRPr="00C628EA">
                <w:rPr>
                  <w:rStyle w:val="Hyperlink"/>
                  <w:lang w:val="en-GB"/>
                </w:rPr>
                <w:t>ug@studynetug.com</w:t>
              </w:r>
            </w:hyperlink>
          </w:p>
        </w:tc>
      </w:tr>
      <w:tr w:rsidR="00C628EA" w:rsidRPr="00C628EA" w14:paraId="7D28F320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264A3211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10:30 – 14:00</w:t>
            </w:r>
          </w:p>
        </w:tc>
        <w:tc>
          <w:tcPr>
            <w:tcW w:w="1593" w:type="dxa"/>
            <w:vAlign w:val="center"/>
            <w:hideMark/>
          </w:tcPr>
          <w:p w14:paraId="4CDE9093" w14:textId="3BEE23B2" w:rsidR="00C628EA" w:rsidRPr="00C628EA" w:rsidRDefault="00C628EA" w:rsidP="07B74D21">
            <w:pPr>
              <w:rPr>
                <w:lang w:val="en-GB"/>
              </w:rPr>
            </w:pPr>
            <w:proofErr w:type="spellStart"/>
            <w:r w:rsidRPr="07B74D21">
              <w:rPr>
                <w:lang w:val="en-GB"/>
              </w:rPr>
              <w:t>Craydel</w:t>
            </w:r>
            <w:proofErr w:type="spellEnd"/>
          </w:p>
          <w:p w14:paraId="076F830E" w14:textId="69E00EEB" w:rsidR="00C628EA" w:rsidRPr="00C628EA" w:rsidRDefault="799B6E65" w:rsidP="00C628EA">
            <w:pPr>
              <w:rPr>
                <w:lang w:val="en-GB"/>
              </w:rPr>
            </w:pPr>
            <w:r w:rsidRPr="07B74D21">
              <w:rPr>
                <w:lang w:val="en-GB"/>
              </w:rPr>
              <w:t>Uganda Office</w:t>
            </w:r>
          </w:p>
        </w:tc>
        <w:tc>
          <w:tcPr>
            <w:tcW w:w="4470" w:type="dxa"/>
            <w:vAlign w:val="center"/>
            <w:hideMark/>
          </w:tcPr>
          <w:p w14:paraId="5C03717F" w14:textId="3ADADE3B" w:rsidR="00C628EA" w:rsidRPr="00C628EA" w:rsidRDefault="799B6E65" w:rsidP="07B74D21">
            <w:pPr>
              <w:rPr>
                <w:rFonts w:ascii="Cambria" w:eastAsia="Cambria" w:hAnsi="Cambria" w:cs="Cambria"/>
                <w:color w:val="000000" w:themeColor="text1"/>
                <w:lang w:val="en-GB"/>
              </w:rPr>
            </w:pPr>
            <w:proofErr w:type="spellStart"/>
            <w:r w:rsidRPr="07B74D21">
              <w:rPr>
                <w:rFonts w:ascii="Arial" w:eastAsia="Arial" w:hAnsi="Arial" w:cs="Arial"/>
                <w:color w:val="000000" w:themeColor="text1"/>
                <w:sz w:val="21"/>
                <w:szCs w:val="21"/>
                <w:lang w:val="en-GB"/>
              </w:rPr>
              <w:t>Mariba</w:t>
            </w:r>
            <w:proofErr w:type="spellEnd"/>
            <w:r w:rsidRPr="07B74D21">
              <w:rPr>
                <w:rFonts w:ascii="Arial" w:eastAsia="Arial" w:hAnsi="Arial" w:cs="Arial"/>
                <w:color w:val="000000" w:themeColor="text1"/>
                <w:sz w:val="21"/>
                <w:szCs w:val="21"/>
                <w:lang w:val="en-GB"/>
              </w:rPr>
              <w:t xml:space="preserve"> Building – 1st floor, Golf Course Road, Kololo, Kampala </w:t>
            </w:r>
          </w:p>
        </w:tc>
        <w:tc>
          <w:tcPr>
            <w:tcW w:w="2802" w:type="dxa"/>
            <w:vAlign w:val="center"/>
            <w:hideMark/>
          </w:tcPr>
          <w:p w14:paraId="0B2604EF" w14:textId="31755072" w:rsidR="00C628EA" w:rsidRPr="00C628EA" w:rsidRDefault="799B6E65" w:rsidP="07B74D21">
            <w:pPr>
              <w:rPr>
                <w:rFonts w:ascii="Cambria" w:eastAsia="Cambria" w:hAnsi="Cambria" w:cs="Cambria"/>
                <w:lang w:val="en-GB"/>
              </w:rPr>
            </w:pPr>
            <w:r w:rsidRPr="07B74D21">
              <w:rPr>
                <w:rFonts w:ascii="Arial" w:eastAsia="Arial" w:hAnsi="Arial" w:cs="Arial"/>
                <w:color w:val="474747"/>
                <w:sz w:val="21"/>
                <w:szCs w:val="21"/>
                <w:lang w:val="en-GB"/>
              </w:rPr>
              <w:t>+256 78919 1999</w:t>
            </w:r>
          </w:p>
        </w:tc>
        <w:tc>
          <w:tcPr>
            <w:tcW w:w="3562" w:type="dxa"/>
            <w:vAlign w:val="center"/>
            <w:hideMark/>
          </w:tcPr>
          <w:p w14:paraId="34A5807C" w14:textId="3A289591" w:rsidR="00C628EA" w:rsidRPr="00C628EA" w:rsidRDefault="799B6E65" w:rsidP="07B74D21">
            <w:pPr>
              <w:rPr>
                <w:rFonts w:ascii="Cambria" w:eastAsia="Cambria" w:hAnsi="Cambria" w:cs="Cambria"/>
                <w:lang w:val="en-GB"/>
              </w:rPr>
            </w:pPr>
            <w:hyperlink r:id="rId8">
              <w:r w:rsidRPr="07B74D21">
                <w:rPr>
                  <w:rStyle w:val="Hyperlink"/>
                  <w:rFonts w:ascii="Arial" w:eastAsia="Arial" w:hAnsi="Arial" w:cs="Arial"/>
                  <w:sz w:val="21"/>
                  <w:szCs w:val="21"/>
                  <w:lang w:val="en-GB"/>
                </w:rPr>
                <w:t>uganda@craydel.com</w:t>
              </w:r>
            </w:hyperlink>
          </w:p>
          <w:p w14:paraId="4C97F899" w14:textId="461ADB5D" w:rsidR="00C628EA" w:rsidRPr="00C628EA" w:rsidRDefault="00C628EA" w:rsidP="07B74D21">
            <w:pPr>
              <w:rPr>
                <w:rFonts w:ascii="Arial" w:eastAsia="Arial" w:hAnsi="Arial" w:cs="Arial"/>
                <w:color w:val="474747"/>
                <w:sz w:val="21"/>
                <w:szCs w:val="21"/>
                <w:lang w:val="en-GB"/>
              </w:rPr>
            </w:pPr>
          </w:p>
        </w:tc>
      </w:tr>
      <w:tr w:rsidR="00C628EA" w:rsidRPr="00C628EA" w14:paraId="3666D9C9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270401E5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14:20 – 15:30</w:t>
            </w:r>
          </w:p>
        </w:tc>
        <w:tc>
          <w:tcPr>
            <w:tcW w:w="1593" w:type="dxa"/>
            <w:vAlign w:val="center"/>
            <w:hideMark/>
          </w:tcPr>
          <w:p w14:paraId="5FC97DFD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TGM Uganda</w:t>
            </w:r>
          </w:p>
        </w:tc>
        <w:tc>
          <w:tcPr>
            <w:tcW w:w="4470" w:type="dxa"/>
            <w:vAlign w:val="center"/>
            <w:hideMark/>
          </w:tcPr>
          <w:p w14:paraId="4FF33DE8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The Cube (Opp. Acacia Mall), Copper Rd, Kampala, Uganda</w:t>
            </w:r>
          </w:p>
        </w:tc>
        <w:tc>
          <w:tcPr>
            <w:tcW w:w="2802" w:type="dxa"/>
            <w:vAlign w:val="center"/>
            <w:hideMark/>
          </w:tcPr>
          <w:p w14:paraId="419AD5CE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+256 757 784480, +256 762 206318, +256 705 076650</w:t>
            </w:r>
          </w:p>
        </w:tc>
        <w:tc>
          <w:tcPr>
            <w:tcW w:w="3562" w:type="dxa"/>
            <w:vAlign w:val="center"/>
            <w:hideMark/>
          </w:tcPr>
          <w:p w14:paraId="6C092895" w14:textId="77777777" w:rsidR="00C628EA" w:rsidRPr="00C628EA" w:rsidRDefault="00C628EA" w:rsidP="00C628EA">
            <w:pPr>
              <w:rPr>
                <w:lang w:val="en-GB"/>
              </w:rPr>
            </w:pPr>
            <w:hyperlink r:id="rId9" w:history="1">
              <w:r w:rsidRPr="00C628EA">
                <w:rPr>
                  <w:rStyle w:val="Hyperlink"/>
                  <w:lang w:val="en-GB"/>
                </w:rPr>
                <w:t>uganda@tgmeducation.com</w:t>
              </w:r>
            </w:hyperlink>
          </w:p>
        </w:tc>
      </w:tr>
      <w:tr w:rsidR="00C628EA" w:rsidRPr="00C628EA" w14:paraId="32B15A34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22BDBF06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16:00 – 17:00</w:t>
            </w:r>
          </w:p>
        </w:tc>
        <w:tc>
          <w:tcPr>
            <w:tcW w:w="1593" w:type="dxa"/>
            <w:vAlign w:val="center"/>
            <w:hideMark/>
          </w:tcPr>
          <w:p w14:paraId="299E735D" w14:textId="332F7B4F" w:rsidR="00C628EA" w:rsidRPr="00C628EA" w:rsidRDefault="00C628EA" w:rsidP="07B74D21">
            <w:pPr>
              <w:rPr>
                <w:lang w:val="en-GB"/>
              </w:rPr>
            </w:pPr>
            <w:r w:rsidRPr="07B74D21">
              <w:rPr>
                <w:lang w:val="en-GB"/>
              </w:rPr>
              <w:t>Student Liaison Group</w:t>
            </w:r>
          </w:p>
          <w:p w14:paraId="64561C33" w14:textId="41D2F0FD" w:rsidR="00C628EA" w:rsidRPr="00C628EA" w:rsidRDefault="5C793191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Uganda</w:t>
            </w:r>
            <w:r w:rsidR="3469EC52" w:rsidRPr="044971E9">
              <w:rPr>
                <w:lang w:val="en-GB"/>
              </w:rPr>
              <w:t xml:space="preserve"> Office</w:t>
            </w:r>
          </w:p>
        </w:tc>
        <w:tc>
          <w:tcPr>
            <w:tcW w:w="4470" w:type="dxa"/>
            <w:vAlign w:val="center"/>
            <w:hideMark/>
          </w:tcPr>
          <w:p w14:paraId="5684B441" w14:textId="6A393DCE" w:rsidR="00C628EA" w:rsidRPr="00C628EA" w:rsidRDefault="093CEB2B" w:rsidP="07B74D21">
            <w:pPr>
              <w:rPr>
                <w:rFonts w:ascii="Cambria" w:eastAsia="Cambria" w:hAnsi="Cambria" w:cs="Cambria"/>
                <w:lang w:val="en-GB"/>
              </w:rPr>
            </w:pPr>
            <w:r w:rsidRPr="07B74D21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Plot 8, </w:t>
            </w:r>
            <w:proofErr w:type="spellStart"/>
            <w:r w:rsidRPr="07B74D21">
              <w:rPr>
                <w:rFonts w:ascii="Aptos" w:eastAsia="Aptos" w:hAnsi="Aptos" w:cs="Aptos"/>
                <w:sz w:val="24"/>
                <w:szCs w:val="24"/>
                <w:lang w:val="en-GB"/>
              </w:rPr>
              <w:t>Vubyabirengye</w:t>
            </w:r>
            <w:proofErr w:type="spellEnd"/>
            <w:r w:rsidRPr="07B74D21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 Road, Ntinda</w:t>
            </w:r>
          </w:p>
        </w:tc>
        <w:tc>
          <w:tcPr>
            <w:tcW w:w="2802" w:type="dxa"/>
            <w:vAlign w:val="center"/>
            <w:hideMark/>
          </w:tcPr>
          <w:p w14:paraId="3C0418C0" w14:textId="5F1D6148" w:rsidR="00C628EA" w:rsidRPr="00C628EA" w:rsidRDefault="00C628EA" w:rsidP="07B74D21">
            <w:pPr>
              <w:rPr>
                <w:rFonts w:ascii="Aptos" w:eastAsia="Aptos" w:hAnsi="Aptos" w:cs="Aptos"/>
                <w:sz w:val="24"/>
                <w:szCs w:val="24"/>
                <w:lang w:val="en-GB"/>
              </w:rPr>
            </w:pPr>
            <w:r w:rsidRPr="07B74D21">
              <w:rPr>
                <w:lang w:val="en-GB"/>
              </w:rPr>
              <w:t>+256 756 305076</w:t>
            </w:r>
          </w:p>
        </w:tc>
        <w:tc>
          <w:tcPr>
            <w:tcW w:w="3562" w:type="dxa"/>
            <w:vAlign w:val="center"/>
            <w:hideMark/>
          </w:tcPr>
          <w:p w14:paraId="04365040" w14:textId="77777777" w:rsidR="00C628EA" w:rsidRPr="00C628EA" w:rsidRDefault="00C628EA" w:rsidP="00C628EA">
            <w:pPr>
              <w:rPr>
                <w:lang w:val="en-GB"/>
              </w:rPr>
            </w:pPr>
            <w:hyperlink r:id="rId10" w:history="1">
              <w:r w:rsidRPr="00C628EA">
                <w:rPr>
                  <w:rStyle w:val="Hyperlink"/>
                  <w:lang w:val="en-GB"/>
                </w:rPr>
                <w:t>info@slgafrica.com</w:t>
              </w:r>
            </w:hyperlink>
          </w:p>
        </w:tc>
      </w:tr>
      <w:tr w:rsidR="00C628EA" w:rsidRPr="00C628EA" w14:paraId="35ECC354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58DE4425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t>Wednesday, 2nd April 2025</w:t>
            </w:r>
          </w:p>
        </w:tc>
        <w:tc>
          <w:tcPr>
            <w:tcW w:w="1593" w:type="dxa"/>
            <w:vAlign w:val="center"/>
            <w:hideMark/>
          </w:tcPr>
          <w:p w14:paraId="61E935AD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4470" w:type="dxa"/>
            <w:vAlign w:val="center"/>
            <w:hideMark/>
          </w:tcPr>
          <w:p w14:paraId="4ABD1FD0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2802" w:type="dxa"/>
            <w:vAlign w:val="center"/>
            <w:hideMark/>
          </w:tcPr>
          <w:p w14:paraId="547A52F7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3562" w:type="dxa"/>
            <w:vAlign w:val="center"/>
            <w:hideMark/>
          </w:tcPr>
          <w:p w14:paraId="73CDB6DA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5CCF4C82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570E4A5A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10:00 – 13:00</w:t>
            </w:r>
          </w:p>
        </w:tc>
        <w:tc>
          <w:tcPr>
            <w:tcW w:w="1593" w:type="dxa"/>
            <w:vAlign w:val="center"/>
            <w:hideMark/>
          </w:tcPr>
          <w:p w14:paraId="0974B3D3" w14:textId="0BB115EA" w:rsidR="00C628EA" w:rsidRPr="00C628EA" w:rsidRDefault="00C628EA" w:rsidP="07B74D21">
            <w:pPr>
              <w:rPr>
                <w:lang w:val="en-GB"/>
              </w:rPr>
            </w:pPr>
            <w:r w:rsidRPr="07B74D21">
              <w:rPr>
                <w:lang w:val="en-GB"/>
              </w:rPr>
              <w:t>S3 Education</w:t>
            </w:r>
          </w:p>
          <w:p w14:paraId="5A473A8E" w14:textId="3E774818" w:rsidR="00C628EA" w:rsidRPr="00C628EA" w:rsidRDefault="2BE8A8C5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Uganda</w:t>
            </w:r>
            <w:r w:rsidR="061A32F6" w:rsidRPr="044971E9">
              <w:rPr>
                <w:lang w:val="en-GB"/>
              </w:rPr>
              <w:t xml:space="preserve"> Office</w:t>
            </w:r>
          </w:p>
        </w:tc>
        <w:tc>
          <w:tcPr>
            <w:tcW w:w="4470" w:type="dxa"/>
            <w:vAlign w:val="center"/>
            <w:hideMark/>
          </w:tcPr>
          <w:p w14:paraId="799E4DF2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Hannington Road, Plot 4, Former Barclays Bank Building, Kampala, Uganda</w:t>
            </w:r>
          </w:p>
        </w:tc>
        <w:tc>
          <w:tcPr>
            <w:tcW w:w="2802" w:type="dxa"/>
            <w:vAlign w:val="center"/>
            <w:hideMark/>
          </w:tcPr>
          <w:p w14:paraId="4921407D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+256 708 383 8900</w:t>
            </w:r>
          </w:p>
        </w:tc>
        <w:tc>
          <w:tcPr>
            <w:tcW w:w="3562" w:type="dxa"/>
            <w:vAlign w:val="center"/>
            <w:hideMark/>
          </w:tcPr>
          <w:p w14:paraId="1BB3D3C1" w14:textId="77777777" w:rsidR="00C628EA" w:rsidRPr="00C628EA" w:rsidRDefault="00C628EA" w:rsidP="00C628EA">
            <w:pPr>
              <w:rPr>
                <w:lang w:val="en-GB"/>
              </w:rPr>
            </w:pPr>
            <w:hyperlink r:id="rId11" w:history="1">
              <w:r w:rsidRPr="00C628EA">
                <w:rPr>
                  <w:rStyle w:val="Hyperlink"/>
                  <w:lang w:val="en-GB"/>
                </w:rPr>
                <w:t>info@s3education.com</w:t>
              </w:r>
            </w:hyperlink>
          </w:p>
        </w:tc>
      </w:tr>
      <w:tr w:rsidR="00C628EA" w:rsidRPr="00C628EA" w14:paraId="2145E932" w14:textId="77777777" w:rsidTr="044971E9">
        <w:trPr>
          <w:tblCellSpacing w:w="15" w:type="dxa"/>
        </w:trPr>
        <w:tc>
          <w:tcPr>
            <w:tcW w:w="1963" w:type="dxa"/>
            <w:vAlign w:val="center"/>
            <w:hideMark/>
          </w:tcPr>
          <w:p w14:paraId="17B6F650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13:00 – 17:00</w:t>
            </w:r>
          </w:p>
        </w:tc>
        <w:tc>
          <w:tcPr>
            <w:tcW w:w="1593" w:type="dxa"/>
            <w:vAlign w:val="center"/>
            <w:hideMark/>
          </w:tcPr>
          <w:p w14:paraId="13023081" w14:textId="31C9AC51" w:rsidR="00C628EA" w:rsidRPr="00C628EA" w:rsidRDefault="00C628EA" w:rsidP="07B74D21">
            <w:pPr>
              <w:rPr>
                <w:lang w:val="en-GB"/>
              </w:rPr>
            </w:pPr>
            <w:r w:rsidRPr="07B74D21">
              <w:rPr>
                <w:lang w:val="en-GB"/>
              </w:rPr>
              <w:t>Sable</w:t>
            </w:r>
            <w:r w:rsidR="3D674361" w:rsidRPr="07B74D21">
              <w:rPr>
                <w:lang w:val="en-GB"/>
              </w:rPr>
              <w:t xml:space="preserve"> International</w:t>
            </w:r>
          </w:p>
          <w:p w14:paraId="611421CB" w14:textId="7564F6C0" w:rsidR="00C628EA" w:rsidRPr="00C628EA" w:rsidRDefault="2C329CAD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Uganda</w:t>
            </w:r>
            <w:r w:rsidR="00436B6F" w:rsidRPr="044971E9">
              <w:rPr>
                <w:lang w:val="en-GB"/>
              </w:rPr>
              <w:t xml:space="preserve"> Office</w:t>
            </w:r>
          </w:p>
        </w:tc>
        <w:tc>
          <w:tcPr>
            <w:tcW w:w="4470" w:type="dxa"/>
            <w:vAlign w:val="center"/>
            <w:hideMark/>
          </w:tcPr>
          <w:p w14:paraId="5C615491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 xml:space="preserve">Plot 19, Ground Floor, </w:t>
            </w:r>
            <w:proofErr w:type="spellStart"/>
            <w:r w:rsidRPr="00C628EA">
              <w:rPr>
                <w:lang w:val="en-GB"/>
              </w:rPr>
              <w:t>Rummee</w:t>
            </w:r>
            <w:proofErr w:type="spellEnd"/>
            <w:r w:rsidRPr="00C628EA">
              <w:rPr>
                <w:lang w:val="en-GB"/>
              </w:rPr>
              <w:t xml:space="preserve"> Towers, Lumumba Ave, Nakasero, Kampala, Uganda</w:t>
            </w:r>
          </w:p>
        </w:tc>
        <w:tc>
          <w:tcPr>
            <w:tcW w:w="2802" w:type="dxa"/>
            <w:vAlign w:val="center"/>
            <w:hideMark/>
          </w:tcPr>
          <w:p w14:paraId="1CF62721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+256 200 775 540, +256 772 060 980</w:t>
            </w:r>
          </w:p>
        </w:tc>
        <w:tc>
          <w:tcPr>
            <w:tcW w:w="3562" w:type="dxa"/>
            <w:vAlign w:val="center"/>
            <w:hideMark/>
          </w:tcPr>
          <w:p w14:paraId="2A47D868" w14:textId="77777777" w:rsidR="00C628EA" w:rsidRPr="00C628EA" w:rsidRDefault="00C628EA" w:rsidP="00C628EA">
            <w:pPr>
              <w:rPr>
                <w:lang w:val="en-GB"/>
              </w:rPr>
            </w:pPr>
            <w:hyperlink r:id="rId12" w:history="1">
              <w:r w:rsidRPr="00C628EA">
                <w:rPr>
                  <w:rStyle w:val="Hyperlink"/>
                  <w:lang w:val="en-GB"/>
                </w:rPr>
                <w:t>uganda@sableinternational.com</w:t>
              </w:r>
            </w:hyperlink>
          </w:p>
        </w:tc>
      </w:tr>
    </w:tbl>
    <w:p w14:paraId="411D455F" w14:textId="77777777" w:rsidR="00AC0C05" w:rsidRDefault="00AC0C05">
      <w:r>
        <w:br w:type="page"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6"/>
        <w:gridCol w:w="1588"/>
        <w:gridCol w:w="5396"/>
        <w:gridCol w:w="2506"/>
        <w:gridCol w:w="2854"/>
      </w:tblGrid>
      <w:tr w:rsidR="00C628EA" w:rsidRPr="00C628EA" w14:paraId="5A269A04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FEDB9" w14:textId="3EBF0485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lastRenderedPageBreak/>
              <w:t>Thursday, 3rd April 2025</w:t>
            </w:r>
          </w:p>
        </w:tc>
        <w:tc>
          <w:tcPr>
            <w:tcW w:w="0" w:type="auto"/>
            <w:vAlign w:val="center"/>
            <w:hideMark/>
          </w:tcPr>
          <w:p w14:paraId="081F7B6C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ACE8DF7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1290B42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EA1A43D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1BE95A84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F6DD6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09:30 – 11:00</w:t>
            </w:r>
          </w:p>
        </w:tc>
        <w:tc>
          <w:tcPr>
            <w:tcW w:w="0" w:type="auto"/>
            <w:vAlign w:val="center"/>
            <w:hideMark/>
          </w:tcPr>
          <w:p w14:paraId="605FBD6C" w14:textId="3B9F0EF8" w:rsidR="00C628EA" w:rsidRPr="00C628EA" w:rsidRDefault="00C628EA" w:rsidP="044971E9">
            <w:pPr>
              <w:rPr>
                <w:lang w:val="en-GB"/>
              </w:rPr>
            </w:pPr>
            <w:proofErr w:type="spellStart"/>
            <w:r w:rsidRPr="044971E9">
              <w:rPr>
                <w:lang w:val="en-GB"/>
              </w:rPr>
              <w:t>Uniconnect</w:t>
            </w:r>
            <w:proofErr w:type="spellEnd"/>
          </w:p>
          <w:p w14:paraId="1D55712D" w14:textId="6DCCC4A6" w:rsidR="00C628EA" w:rsidRPr="00C628EA" w:rsidRDefault="4E192226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71E39B4B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Bandari Plaza, 4th Floor, Woodvale Grove, Westlands, Nairobi, Kenya</w:t>
            </w:r>
          </w:p>
        </w:tc>
        <w:tc>
          <w:tcPr>
            <w:tcW w:w="0" w:type="auto"/>
            <w:vAlign w:val="center"/>
            <w:hideMark/>
          </w:tcPr>
          <w:p w14:paraId="43C9852E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+254 720 366 374, +254 731 876 099</w:t>
            </w:r>
          </w:p>
        </w:tc>
        <w:tc>
          <w:tcPr>
            <w:tcW w:w="0" w:type="auto"/>
            <w:vAlign w:val="center"/>
            <w:hideMark/>
          </w:tcPr>
          <w:p w14:paraId="25071625" w14:textId="77777777" w:rsidR="00C628EA" w:rsidRPr="00C628EA" w:rsidRDefault="00C628EA" w:rsidP="00C628EA">
            <w:pPr>
              <w:rPr>
                <w:lang w:val="en-GB"/>
              </w:rPr>
            </w:pPr>
            <w:hyperlink r:id="rId13" w:history="1">
              <w:r w:rsidRPr="00C628EA">
                <w:rPr>
                  <w:rStyle w:val="Hyperlink"/>
                  <w:lang w:val="en-GB"/>
                </w:rPr>
                <w:t>info@uniconnectcentre.com</w:t>
              </w:r>
            </w:hyperlink>
          </w:p>
        </w:tc>
      </w:tr>
      <w:tr w:rsidR="00C628EA" w:rsidRPr="00C628EA" w14:paraId="3A346835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241F5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11:15 – 12:15</w:t>
            </w:r>
          </w:p>
        </w:tc>
        <w:tc>
          <w:tcPr>
            <w:tcW w:w="0" w:type="auto"/>
            <w:vAlign w:val="center"/>
            <w:hideMark/>
          </w:tcPr>
          <w:p w14:paraId="05CEBC26" w14:textId="2BBCB272" w:rsidR="00C628EA" w:rsidRPr="00C628EA" w:rsidRDefault="00C628EA" w:rsidP="044971E9">
            <w:pPr>
              <w:rPr>
                <w:lang w:val="en-GB"/>
              </w:rPr>
            </w:pPr>
            <w:proofErr w:type="spellStart"/>
            <w:r w:rsidRPr="044971E9">
              <w:rPr>
                <w:lang w:val="en-GB"/>
              </w:rPr>
              <w:t>OpenMaps</w:t>
            </w:r>
            <w:proofErr w:type="spellEnd"/>
          </w:p>
          <w:p w14:paraId="22E94333" w14:textId="2034A35E" w:rsidR="00C628EA" w:rsidRPr="00C628EA" w:rsidRDefault="5BB91014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69C3C448" w14:textId="712FA053" w:rsidR="00C628EA" w:rsidRPr="00C628EA" w:rsidRDefault="00C628EA" w:rsidP="00C628EA">
            <w:pPr>
              <w:rPr>
                <w:lang w:val="en-GB"/>
              </w:rPr>
            </w:pPr>
            <w:r w:rsidRPr="07B74D21">
              <w:rPr>
                <w:lang w:val="en-GB"/>
              </w:rPr>
              <w:t>Suite 8A, 6th Floor, Westlands Business Park, Chiromo Lane, Westlands, Nairobi, Kenya</w:t>
            </w:r>
          </w:p>
        </w:tc>
        <w:tc>
          <w:tcPr>
            <w:tcW w:w="0" w:type="auto"/>
            <w:vAlign w:val="center"/>
            <w:hideMark/>
          </w:tcPr>
          <w:p w14:paraId="164DE64F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+254 777 186 580</w:t>
            </w:r>
          </w:p>
        </w:tc>
        <w:tc>
          <w:tcPr>
            <w:tcW w:w="0" w:type="auto"/>
            <w:vAlign w:val="center"/>
            <w:hideMark/>
          </w:tcPr>
          <w:p w14:paraId="45892A9B" w14:textId="77777777" w:rsidR="00C628EA" w:rsidRPr="00C628EA" w:rsidRDefault="00C628EA" w:rsidP="00C628EA">
            <w:pPr>
              <w:rPr>
                <w:lang w:val="en-GB"/>
              </w:rPr>
            </w:pPr>
            <w:hyperlink r:id="rId14" w:history="1">
              <w:r w:rsidRPr="00C628EA">
                <w:rPr>
                  <w:rStyle w:val="Hyperlink"/>
                  <w:lang w:val="en-GB"/>
                </w:rPr>
                <w:t>info@openmaps.com.au</w:t>
              </w:r>
            </w:hyperlink>
          </w:p>
        </w:tc>
      </w:tr>
      <w:tr w:rsidR="00C628EA" w:rsidRPr="00C628EA" w14:paraId="4AED0365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E8250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12:17 – 13:20</w:t>
            </w:r>
          </w:p>
        </w:tc>
        <w:tc>
          <w:tcPr>
            <w:tcW w:w="0" w:type="auto"/>
            <w:vAlign w:val="center"/>
            <w:hideMark/>
          </w:tcPr>
          <w:p w14:paraId="2B4EE1E7" w14:textId="4AFCA2DF" w:rsidR="00C628EA" w:rsidRPr="00C628EA" w:rsidRDefault="00C628EA" w:rsidP="044971E9">
            <w:pPr>
              <w:rPr>
                <w:lang w:val="en-GB"/>
              </w:rPr>
            </w:pPr>
            <w:proofErr w:type="spellStart"/>
            <w:r w:rsidRPr="044971E9">
              <w:rPr>
                <w:lang w:val="en-GB"/>
              </w:rPr>
              <w:t>Unihub</w:t>
            </w:r>
            <w:proofErr w:type="spellEnd"/>
          </w:p>
          <w:p w14:paraId="0129EE5D" w14:textId="42734A58" w:rsidR="00C628EA" w:rsidRPr="00C628EA" w:rsidRDefault="11F9CCF7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40AA1B36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 xml:space="preserve">7th Floor, Westlands Business Park, Chiromo Lane, off </w:t>
            </w:r>
            <w:proofErr w:type="spellStart"/>
            <w:r w:rsidRPr="00C628EA">
              <w:rPr>
                <w:lang w:val="en-GB"/>
              </w:rPr>
              <w:t>Muthithi</w:t>
            </w:r>
            <w:proofErr w:type="spellEnd"/>
            <w:r w:rsidRPr="00C628EA">
              <w:rPr>
                <w:lang w:val="en-GB"/>
              </w:rPr>
              <w:t xml:space="preserve"> Rd, Nairobi, Kenya</w:t>
            </w:r>
          </w:p>
        </w:tc>
        <w:tc>
          <w:tcPr>
            <w:tcW w:w="0" w:type="auto"/>
            <w:vAlign w:val="center"/>
            <w:hideMark/>
          </w:tcPr>
          <w:p w14:paraId="58E2ADA6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+254 716 803735</w:t>
            </w:r>
          </w:p>
        </w:tc>
        <w:tc>
          <w:tcPr>
            <w:tcW w:w="0" w:type="auto"/>
            <w:vAlign w:val="center"/>
            <w:hideMark/>
          </w:tcPr>
          <w:p w14:paraId="0B2CA61B" w14:textId="77777777" w:rsidR="00C628EA" w:rsidRPr="00C628EA" w:rsidRDefault="00C628EA" w:rsidP="00C628EA">
            <w:pPr>
              <w:rPr>
                <w:lang w:val="en-GB"/>
              </w:rPr>
            </w:pPr>
            <w:hyperlink r:id="rId15" w:history="1">
              <w:r w:rsidRPr="00C628EA">
                <w:rPr>
                  <w:rStyle w:val="Hyperlink"/>
                  <w:lang w:val="en-GB"/>
                </w:rPr>
                <w:t>info@unihubconsultants.com</w:t>
              </w:r>
            </w:hyperlink>
          </w:p>
        </w:tc>
      </w:tr>
      <w:tr w:rsidR="00C628EA" w:rsidRPr="00C628EA" w14:paraId="53370E2A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80C44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14:00 – 16:30</w:t>
            </w:r>
          </w:p>
        </w:tc>
        <w:tc>
          <w:tcPr>
            <w:tcW w:w="0" w:type="auto"/>
            <w:vAlign w:val="center"/>
            <w:hideMark/>
          </w:tcPr>
          <w:p w14:paraId="1FF55778" w14:textId="6D27707B" w:rsidR="00C628EA" w:rsidRPr="00C628EA" w:rsidRDefault="00C628EA" w:rsidP="044971E9">
            <w:pPr>
              <w:rPr>
                <w:lang w:val="en-GB"/>
              </w:rPr>
            </w:pPr>
            <w:proofErr w:type="spellStart"/>
            <w:r w:rsidRPr="044971E9">
              <w:rPr>
                <w:lang w:val="en-GB"/>
              </w:rPr>
              <w:t>UniPass</w:t>
            </w:r>
            <w:proofErr w:type="spellEnd"/>
          </w:p>
          <w:p w14:paraId="26EB46A0" w14:textId="39CA14D2" w:rsidR="00C628EA" w:rsidRPr="00C628EA" w:rsidRDefault="761B5B6A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2B012B43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11th Floor, TRV Centre, 209 Third Parklands Ave, Nairobi, Kenya</w:t>
            </w:r>
          </w:p>
        </w:tc>
        <w:tc>
          <w:tcPr>
            <w:tcW w:w="0" w:type="auto"/>
            <w:vAlign w:val="center"/>
            <w:hideMark/>
          </w:tcPr>
          <w:p w14:paraId="66E58516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+254 726 907 236, +254 718 333 666</w:t>
            </w:r>
          </w:p>
        </w:tc>
        <w:tc>
          <w:tcPr>
            <w:tcW w:w="0" w:type="auto"/>
            <w:vAlign w:val="center"/>
            <w:hideMark/>
          </w:tcPr>
          <w:p w14:paraId="0E2F9A17" w14:textId="77777777" w:rsidR="00C628EA" w:rsidRPr="00C628EA" w:rsidRDefault="00C628EA" w:rsidP="00C628EA">
            <w:pPr>
              <w:rPr>
                <w:lang w:val="en-GB"/>
              </w:rPr>
            </w:pPr>
            <w:hyperlink r:id="rId16" w:history="1">
              <w:r w:rsidRPr="00C628EA">
                <w:rPr>
                  <w:rStyle w:val="Hyperlink"/>
                  <w:lang w:val="en-GB"/>
                </w:rPr>
                <w:t>info@unipass.co.ke</w:t>
              </w:r>
            </w:hyperlink>
          </w:p>
        </w:tc>
      </w:tr>
      <w:tr w:rsidR="00C628EA" w:rsidRPr="00C628EA" w14:paraId="6639746C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748BD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t>Friday, 4th April 2025</w:t>
            </w:r>
          </w:p>
        </w:tc>
        <w:tc>
          <w:tcPr>
            <w:tcW w:w="0" w:type="auto"/>
            <w:vAlign w:val="center"/>
            <w:hideMark/>
          </w:tcPr>
          <w:p w14:paraId="381E2838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7F9B09A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0F906FF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C8E32A3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5DA8B1DC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451F0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09:30 – 12:00</w:t>
            </w:r>
          </w:p>
        </w:tc>
        <w:tc>
          <w:tcPr>
            <w:tcW w:w="0" w:type="auto"/>
            <w:vAlign w:val="center"/>
            <w:hideMark/>
          </w:tcPr>
          <w:p w14:paraId="5F316A16" w14:textId="7E8F4C2A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IDP</w:t>
            </w:r>
          </w:p>
          <w:p w14:paraId="033843F3" w14:textId="43EC87A3" w:rsidR="00C628EA" w:rsidRPr="00C628EA" w:rsidRDefault="0B9B4AE3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20937A00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 xml:space="preserve">2nd Floor, Euro Towers, </w:t>
            </w:r>
            <w:proofErr w:type="spellStart"/>
            <w:r w:rsidRPr="00C628EA">
              <w:rPr>
                <w:lang w:val="en-GB"/>
              </w:rPr>
              <w:t>Muthithi</w:t>
            </w:r>
            <w:proofErr w:type="spellEnd"/>
            <w:r w:rsidRPr="00C628EA">
              <w:rPr>
                <w:lang w:val="en-GB"/>
              </w:rPr>
              <w:t xml:space="preserve"> Road, Westlands, Nairobi, Kenya</w:t>
            </w:r>
          </w:p>
        </w:tc>
        <w:tc>
          <w:tcPr>
            <w:tcW w:w="0" w:type="auto"/>
            <w:vAlign w:val="center"/>
            <w:hideMark/>
          </w:tcPr>
          <w:p w14:paraId="54BC18BC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+254 700 860 616</w:t>
            </w:r>
          </w:p>
        </w:tc>
        <w:tc>
          <w:tcPr>
            <w:tcW w:w="0" w:type="auto"/>
            <w:vAlign w:val="center"/>
            <w:hideMark/>
          </w:tcPr>
          <w:p w14:paraId="4F0DC0C2" w14:textId="77777777" w:rsidR="00C628EA" w:rsidRPr="00C628EA" w:rsidRDefault="00C628EA" w:rsidP="00C628EA">
            <w:pPr>
              <w:rPr>
                <w:lang w:val="en-GB"/>
              </w:rPr>
            </w:pPr>
            <w:hyperlink r:id="rId17" w:history="1">
              <w:r w:rsidRPr="00C628EA">
                <w:rPr>
                  <w:rStyle w:val="Hyperlink"/>
                  <w:lang w:val="en-GB"/>
                </w:rPr>
                <w:t>ielts.kenya@idp.com</w:t>
              </w:r>
            </w:hyperlink>
          </w:p>
        </w:tc>
      </w:tr>
      <w:tr w:rsidR="00C628EA" w:rsidRPr="00C628EA" w14:paraId="5FEF0B5E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C2787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12:15 – 14:40</w:t>
            </w:r>
          </w:p>
        </w:tc>
        <w:tc>
          <w:tcPr>
            <w:tcW w:w="0" w:type="auto"/>
            <w:vAlign w:val="center"/>
            <w:hideMark/>
          </w:tcPr>
          <w:p w14:paraId="1B36521E" w14:textId="54B9A718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Imperial</w:t>
            </w:r>
            <w:r w:rsidR="24BD350C" w:rsidRPr="044971E9">
              <w:rPr>
                <w:lang w:val="en-GB"/>
              </w:rPr>
              <w:t xml:space="preserve"> Education</w:t>
            </w:r>
          </w:p>
          <w:p w14:paraId="6C454161" w14:textId="3346643F" w:rsidR="00C628EA" w:rsidRPr="00C628EA" w:rsidRDefault="7CBF587D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4CF4BA0A" w14:textId="6501C8BA" w:rsidR="00C628EA" w:rsidRPr="00C628EA" w:rsidRDefault="386D34A0" w:rsidP="044971E9">
            <w:pPr>
              <w:spacing w:after="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44971E9">
              <w:rPr>
                <w:rFonts w:ascii="Arial" w:eastAsia="Arial" w:hAnsi="Arial" w:cs="Arial"/>
                <w:sz w:val="18"/>
                <w:szCs w:val="18"/>
                <w:lang w:val="en-GB"/>
              </w:rPr>
              <w:t>5th Floor, Diamond Plaza One</w:t>
            </w:r>
          </w:p>
          <w:p w14:paraId="37EA1030" w14:textId="6E078BF5" w:rsidR="00C628EA" w:rsidRPr="00C628EA" w:rsidRDefault="386D34A0" w:rsidP="044971E9">
            <w:pPr>
              <w:rPr>
                <w:rFonts w:ascii="Cambria" w:eastAsia="Cambria" w:hAnsi="Cambria" w:cs="Cambria"/>
                <w:lang w:val="en-GB"/>
              </w:rPr>
            </w:pPr>
            <w:r w:rsidRPr="044971E9">
              <w:rPr>
                <w:rFonts w:ascii="Arial" w:eastAsia="Arial" w:hAnsi="Arial" w:cs="Arial"/>
                <w:sz w:val="18"/>
                <w:szCs w:val="18"/>
                <w:lang w:val="en-GB"/>
              </w:rPr>
              <w:t>4th Parklands Avenue, Nairobi, Kenya</w:t>
            </w:r>
          </w:p>
        </w:tc>
        <w:tc>
          <w:tcPr>
            <w:tcW w:w="0" w:type="auto"/>
            <w:vAlign w:val="center"/>
            <w:hideMark/>
          </w:tcPr>
          <w:p w14:paraId="297BD549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+254 748 669 938, +254 784 669 938</w:t>
            </w:r>
          </w:p>
        </w:tc>
        <w:tc>
          <w:tcPr>
            <w:tcW w:w="0" w:type="auto"/>
            <w:vAlign w:val="center"/>
            <w:hideMark/>
          </w:tcPr>
          <w:p w14:paraId="0EB20ED0" w14:textId="77777777" w:rsidR="00C628EA" w:rsidRPr="00C628EA" w:rsidRDefault="00C628EA" w:rsidP="00C628EA">
            <w:pPr>
              <w:rPr>
                <w:lang w:val="en-GB"/>
              </w:rPr>
            </w:pPr>
            <w:hyperlink r:id="rId18" w:history="1">
              <w:r w:rsidRPr="00C628EA">
                <w:rPr>
                  <w:rStyle w:val="Hyperlink"/>
                  <w:lang w:val="en-GB"/>
                </w:rPr>
                <w:t>info@ieduconsultants.com</w:t>
              </w:r>
            </w:hyperlink>
          </w:p>
        </w:tc>
      </w:tr>
      <w:tr w:rsidR="00C628EA" w:rsidRPr="00C628EA" w14:paraId="2F2D7E58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3EBC3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15:00 – 17:00</w:t>
            </w:r>
          </w:p>
        </w:tc>
        <w:tc>
          <w:tcPr>
            <w:tcW w:w="0" w:type="auto"/>
            <w:vAlign w:val="center"/>
            <w:hideMark/>
          </w:tcPr>
          <w:p w14:paraId="416D77E9" w14:textId="32896BA7" w:rsidR="00C628EA" w:rsidRPr="00C628EA" w:rsidRDefault="00C628EA" w:rsidP="044971E9">
            <w:pPr>
              <w:rPr>
                <w:lang w:val="en-GB"/>
              </w:rPr>
            </w:pPr>
            <w:proofErr w:type="spellStart"/>
            <w:r w:rsidRPr="044971E9">
              <w:rPr>
                <w:lang w:val="en-GB"/>
              </w:rPr>
              <w:t>Craydel</w:t>
            </w:r>
            <w:proofErr w:type="spellEnd"/>
          </w:p>
          <w:p w14:paraId="26265085" w14:textId="53A71627" w:rsidR="00C628EA" w:rsidRPr="00C628EA" w:rsidRDefault="153C129C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  <w:p w14:paraId="75C89724" w14:textId="2086F342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5B314C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The Pavilion, 1st Floor, Lower Kabete Road, Nairobi, Kenya</w:t>
            </w:r>
          </w:p>
        </w:tc>
        <w:tc>
          <w:tcPr>
            <w:tcW w:w="0" w:type="auto"/>
            <w:vAlign w:val="center"/>
            <w:hideMark/>
          </w:tcPr>
          <w:p w14:paraId="647EF5C4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+254 799 000 444</w:t>
            </w:r>
          </w:p>
        </w:tc>
        <w:tc>
          <w:tcPr>
            <w:tcW w:w="0" w:type="auto"/>
            <w:vAlign w:val="center"/>
            <w:hideMark/>
          </w:tcPr>
          <w:p w14:paraId="75A75324" w14:textId="77777777" w:rsidR="00C628EA" w:rsidRPr="00C628EA" w:rsidRDefault="00C628EA" w:rsidP="00C628EA">
            <w:pPr>
              <w:rPr>
                <w:lang w:val="en-GB"/>
              </w:rPr>
            </w:pPr>
            <w:hyperlink r:id="rId19" w:history="1">
              <w:r w:rsidRPr="00C628EA">
                <w:rPr>
                  <w:rStyle w:val="Hyperlink"/>
                  <w:lang w:val="en-GB"/>
                </w:rPr>
                <w:t>info@craydel.com</w:t>
              </w:r>
            </w:hyperlink>
          </w:p>
        </w:tc>
      </w:tr>
    </w:tbl>
    <w:p w14:paraId="30DF30D5" w14:textId="77777777" w:rsidR="00AC0C05" w:rsidRDefault="00AC0C05">
      <w:r>
        <w:br w:type="page"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8"/>
        <w:gridCol w:w="1560"/>
        <w:gridCol w:w="5344"/>
        <w:gridCol w:w="2707"/>
        <w:gridCol w:w="2791"/>
      </w:tblGrid>
      <w:tr w:rsidR="00C628EA" w:rsidRPr="00C628EA" w14:paraId="54414B58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4CFF4" w14:textId="1AFB2C4C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lastRenderedPageBreak/>
              <w:t>Monday, 7th April 2025</w:t>
            </w:r>
          </w:p>
        </w:tc>
        <w:tc>
          <w:tcPr>
            <w:tcW w:w="0" w:type="auto"/>
            <w:vAlign w:val="center"/>
            <w:hideMark/>
          </w:tcPr>
          <w:p w14:paraId="73BAC99C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FD55D2E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764A320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AD2CE4E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2F3251B4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453F8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10:00 – 12:30</w:t>
            </w:r>
          </w:p>
        </w:tc>
        <w:tc>
          <w:tcPr>
            <w:tcW w:w="0" w:type="auto"/>
            <w:vAlign w:val="center"/>
            <w:hideMark/>
          </w:tcPr>
          <w:p w14:paraId="19FEABEF" w14:textId="73CF5473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SI-UK</w:t>
            </w:r>
          </w:p>
          <w:p w14:paraId="23464B9B" w14:textId="4D69FFEF" w:rsidR="00C628EA" w:rsidRPr="00C628EA" w:rsidRDefault="03701069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5ACF2C1C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G-01, Madonna House, Westlands Road, Westlands, P.O Box 12830-00400, Nairobi, Kenya</w:t>
            </w:r>
          </w:p>
        </w:tc>
        <w:tc>
          <w:tcPr>
            <w:tcW w:w="0" w:type="auto"/>
            <w:vAlign w:val="center"/>
            <w:hideMark/>
          </w:tcPr>
          <w:p w14:paraId="58DC0DDB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+254 755 688 242, +254 755 688 247, +254 755 688 253</w:t>
            </w:r>
          </w:p>
        </w:tc>
        <w:tc>
          <w:tcPr>
            <w:tcW w:w="0" w:type="auto"/>
            <w:vAlign w:val="center"/>
            <w:hideMark/>
          </w:tcPr>
          <w:p w14:paraId="0D0C62AD" w14:textId="77777777" w:rsidR="00C628EA" w:rsidRPr="00C628EA" w:rsidRDefault="00C628EA" w:rsidP="00C628EA">
            <w:pPr>
              <w:rPr>
                <w:lang w:val="en-GB"/>
              </w:rPr>
            </w:pPr>
            <w:hyperlink r:id="rId20" w:history="1">
              <w:r w:rsidRPr="00C628EA">
                <w:rPr>
                  <w:rStyle w:val="Hyperlink"/>
                  <w:lang w:val="en-GB"/>
                </w:rPr>
                <w:t>nairobi@studyin-uk.com</w:t>
              </w:r>
            </w:hyperlink>
          </w:p>
        </w:tc>
      </w:tr>
      <w:tr w:rsidR="00C628EA" w:rsidRPr="00C628EA" w14:paraId="0CF9D2D8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52B7A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13:00 – 17:00</w:t>
            </w:r>
          </w:p>
        </w:tc>
        <w:tc>
          <w:tcPr>
            <w:tcW w:w="0" w:type="auto"/>
            <w:vAlign w:val="center"/>
            <w:hideMark/>
          </w:tcPr>
          <w:p w14:paraId="2A0BCF0A" w14:textId="0012AB15" w:rsidR="00C628EA" w:rsidRPr="00C628EA" w:rsidRDefault="00C628EA" w:rsidP="044971E9">
            <w:pPr>
              <w:rPr>
                <w:lang w:val="en-GB"/>
              </w:rPr>
            </w:pPr>
            <w:proofErr w:type="spellStart"/>
            <w:r w:rsidRPr="044971E9">
              <w:rPr>
                <w:lang w:val="en-GB"/>
              </w:rPr>
              <w:t>Uniabroad</w:t>
            </w:r>
            <w:proofErr w:type="spellEnd"/>
          </w:p>
          <w:p w14:paraId="0211ACEF" w14:textId="18A736C5" w:rsidR="00C628EA" w:rsidRPr="00C628EA" w:rsidRDefault="6FA4338D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7B23F67B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Delta Chambers Zamara, 2nd Floor, Waiyaki Way, Westlands, Nairobi, Kenya</w:t>
            </w:r>
          </w:p>
        </w:tc>
        <w:tc>
          <w:tcPr>
            <w:tcW w:w="0" w:type="auto"/>
            <w:vAlign w:val="center"/>
            <w:hideMark/>
          </w:tcPr>
          <w:p w14:paraId="2DB3CC97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+254 752 092 287, +254 729 129 799</w:t>
            </w:r>
          </w:p>
        </w:tc>
        <w:tc>
          <w:tcPr>
            <w:tcW w:w="0" w:type="auto"/>
            <w:vAlign w:val="center"/>
            <w:hideMark/>
          </w:tcPr>
          <w:p w14:paraId="65BC89A8" w14:textId="77777777" w:rsidR="00C628EA" w:rsidRPr="00C628EA" w:rsidRDefault="00C628EA" w:rsidP="00C628EA">
            <w:pPr>
              <w:rPr>
                <w:lang w:val="en-GB"/>
              </w:rPr>
            </w:pPr>
            <w:hyperlink r:id="rId21" w:history="1">
              <w:r w:rsidRPr="00C628EA">
                <w:rPr>
                  <w:rStyle w:val="Hyperlink"/>
                  <w:lang w:val="en-GB"/>
                </w:rPr>
                <w:t>info@uni-abroad.com</w:t>
              </w:r>
            </w:hyperlink>
          </w:p>
        </w:tc>
      </w:tr>
      <w:tr w:rsidR="00C628EA" w:rsidRPr="00C628EA" w14:paraId="298B393A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A4FA7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t>Tuesday, 8th April 2025</w:t>
            </w:r>
          </w:p>
        </w:tc>
        <w:tc>
          <w:tcPr>
            <w:tcW w:w="0" w:type="auto"/>
            <w:vAlign w:val="center"/>
            <w:hideMark/>
          </w:tcPr>
          <w:p w14:paraId="776EB9CB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DDA91CF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518B625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010A4B3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70350E0A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F2383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10:00 – 13:00</w:t>
            </w:r>
          </w:p>
        </w:tc>
        <w:tc>
          <w:tcPr>
            <w:tcW w:w="0" w:type="auto"/>
            <w:vAlign w:val="center"/>
            <w:hideMark/>
          </w:tcPr>
          <w:p w14:paraId="473985B2" w14:textId="3B12B995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S3 Education</w:t>
            </w:r>
          </w:p>
          <w:p w14:paraId="0EA23056" w14:textId="173D2674" w:rsidR="00C628EA" w:rsidRPr="00C628EA" w:rsidRDefault="3C2DA1F3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7F24FB40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4th Floor, Westlands Square Offices, Off Ring Road Westlands, Nairobi, Kenya</w:t>
            </w:r>
          </w:p>
        </w:tc>
        <w:tc>
          <w:tcPr>
            <w:tcW w:w="0" w:type="auto"/>
            <w:vAlign w:val="center"/>
            <w:hideMark/>
          </w:tcPr>
          <w:p w14:paraId="48C7C64D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+254 755 434 444</w:t>
            </w:r>
          </w:p>
        </w:tc>
        <w:tc>
          <w:tcPr>
            <w:tcW w:w="0" w:type="auto"/>
            <w:vAlign w:val="center"/>
            <w:hideMark/>
          </w:tcPr>
          <w:p w14:paraId="330F6226" w14:textId="77777777" w:rsidR="00C628EA" w:rsidRPr="00C628EA" w:rsidRDefault="00C628EA" w:rsidP="00C628EA">
            <w:pPr>
              <w:rPr>
                <w:lang w:val="en-GB"/>
              </w:rPr>
            </w:pPr>
            <w:hyperlink r:id="rId22" w:history="1">
              <w:r w:rsidRPr="00C628EA">
                <w:rPr>
                  <w:rStyle w:val="Hyperlink"/>
                  <w:lang w:val="en-GB"/>
                </w:rPr>
                <w:t>kenya@s3education.com</w:t>
              </w:r>
            </w:hyperlink>
          </w:p>
        </w:tc>
      </w:tr>
      <w:tr w:rsidR="00C628EA" w:rsidRPr="00C628EA" w14:paraId="6E6B2C12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8855A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b/>
                <w:bCs/>
                <w:lang w:val="en-GB"/>
              </w:rPr>
              <w:t>Wednesday, 9th April 2025</w:t>
            </w:r>
          </w:p>
        </w:tc>
        <w:tc>
          <w:tcPr>
            <w:tcW w:w="0" w:type="auto"/>
            <w:vAlign w:val="center"/>
            <w:hideMark/>
          </w:tcPr>
          <w:p w14:paraId="4AD0A0F1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0BB0FD3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35AD60F" w14:textId="77777777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ED2F76F" w14:textId="77777777" w:rsidR="00C628EA" w:rsidRPr="00C628EA" w:rsidRDefault="00C628EA" w:rsidP="00C628EA">
            <w:pPr>
              <w:rPr>
                <w:lang w:val="en-GB"/>
              </w:rPr>
            </w:pPr>
          </w:p>
        </w:tc>
      </w:tr>
      <w:tr w:rsidR="00C628EA" w:rsidRPr="00C628EA" w14:paraId="1732233A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6AB12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10:00 – 12:30</w:t>
            </w:r>
          </w:p>
        </w:tc>
        <w:tc>
          <w:tcPr>
            <w:tcW w:w="0" w:type="auto"/>
            <w:vAlign w:val="center"/>
            <w:hideMark/>
          </w:tcPr>
          <w:p w14:paraId="2E9AE532" w14:textId="1F295171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Study Beyond Borders</w:t>
            </w:r>
          </w:p>
          <w:p w14:paraId="695DA72E" w14:textId="52557EFC" w:rsidR="00C628EA" w:rsidRPr="00C628EA" w:rsidRDefault="3D9CD32B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48E38127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 xml:space="preserve">Plot #1820 Toure Drive, Inside Golden Tulip Hotel, </w:t>
            </w:r>
            <w:proofErr w:type="spellStart"/>
            <w:r w:rsidRPr="00C628EA">
              <w:rPr>
                <w:lang w:val="en-GB"/>
              </w:rPr>
              <w:t>Oysterbay</w:t>
            </w:r>
            <w:proofErr w:type="spellEnd"/>
            <w:r w:rsidRPr="00C628EA">
              <w:rPr>
                <w:lang w:val="en-GB"/>
              </w:rPr>
              <w:t>, Dar es Salaam, Tanzania</w:t>
            </w:r>
          </w:p>
        </w:tc>
        <w:tc>
          <w:tcPr>
            <w:tcW w:w="0" w:type="auto"/>
            <w:vAlign w:val="center"/>
            <w:hideMark/>
          </w:tcPr>
          <w:p w14:paraId="5ADE8F28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+255 655 493 060</w:t>
            </w:r>
          </w:p>
        </w:tc>
        <w:tc>
          <w:tcPr>
            <w:tcW w:w="0" w:type="auto"/>
            <w:vAlign w:val="center"/>
            <w:hideMark/>
          </w:tcPr>
          <w:p w14:paraId="2726D124" w14:textId="77777777" w:rsidR="00C628EA" w:rsidRPr="00C628EA" w:rsidRDefault="00C628EA" w:rsidP="00C628EA">
            <w:pPr>
              <w:rPr>
                <w:lang w:val="en-GB"/>
              </w:rPr>
            </w:pPr>
            <w:hyperlink r:id="rId23" w:history="1">
              <w:r w:rsidRPr="00C628EA">
                <w:rPr>
                  <w:rStyle w:val="Hyperlink"/>
                  <w:lang w:val="en-GB"/>
                </w:rPr>
                <w:t>info@sbb.co.tz</w:t>
              </w:r>
            </w:hyperlink>
          </w:p>
        </w:tc>
      </w:tr>
      <w:tr w:rsidR="00C628EA" w:rsidRPr="00C628EA" w14:paraId="74AAEA5E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E370B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13:00 – 14:30</w:t>
            </w:r>
          </w:p>
        </w:tc>
        <w:tc>
          <w:tcPr>
            <w:tcW w:w="0" w:type="auto"/>
            <w:vAlign w:val="center"/>
            <w:hideMark/>
          </w:tcPr>
          <w:p w14:paraId="47572D32" w14:textId="41FF4F25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SI-UK</w:t>
            </w:r>
          </w:p>
          <w:p w14:paraId="7A128C11" w14:textId="04B773C2" w:rsidR="00C628EA" w:rsidRPr="00C628EA" w:rsidRDefault="2864D1D8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349457BF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Oil Com Petrol Station Building, Nyerere/</w:t>
            </w:r>
            <w:proofErr w:type="spellStart"/>
            <w:r w:rsidRPr="00C628EA">
              <w:rPr>
                <w:lang w:val="en-GB"/>
              </w:rPr>
              <w:t>Chang'ombe</w:t>
            </w:r>
            <w:proofErr w:type="spellEnd"/>
            <w:r w:rsidRPr="00C628EA">
              <w:rPr>
                <w:lang w:val="en-GB"/>
              </w:rPr>
              <w:t xml:space="preserve"> Road, P.O Box 40163, Dar es Salaam, Tanzania</w:t>
            </w:r>
          </w:p>
        </w:tc>
        <w:tc>
          <w:tcPr>
            <w:tcW w:w="0" w:type="auto"/>
            <w:vAlign w:val="center"/>
            <w:hideMark/>
          </w:tcPr>
          <w:p w14:paraId="39F6FFB2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+255 677 500 800</w:t>
            </w:r>
          </w:p>
        </w:tc>
        <w:tc>
          <w:tcPr>
            <w:tcW w:w="0" w:type="auto"/>
            <w:vAlign w:val="center"/>
            <w:hideMark/>
          </w:tcPr>
          <w:p w14:paraId="53BC2A2D" w14:textId="77777777" w:rsidR="00C628EA" w:rsidRPr="00C628EA" w:rsidRDefault="00C628EA" w:rsidP="00C628EA">
            <w:pPr>
              <w:rPr>
                <w:lang w:val="en-GB"/>
              </w:rPr>
            </w:pPr>
            <w:hyperlink r:id="rId24" w:history="1">
              <w:r w:rsidRPr="00C628EA">
                <w:rPr>
                  <w:rStyle w:val="Hyperlink"/>
                  <w:lang w:val="en-GB"/>
                </w:rPr>
                <w:t>daressalaam@studyin-uk.com</w:t>
              </w:r>
            </w:hyperlink>
          </w:p>
        </w:tc>
      </w:tr>
      <w:tr w:rsidR="00C628EA" w:rsidRPr="00C628EA" w14:paraId="638006FA" w14:textId="77777777" w:rsidTr="044971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E192C" w14:textId="77777777" w:rsidR="00C628EA" w:rsidRPr="00C628EA" w:rsidRDefault="00C628EA" w:rsidP="00C628EA">
            <w:pPr>
              <w:rPr>
                <w:lang w:val="en-GB"/>
              </w:rPr>
            </w:pPr>
            <w:r w:rsidRPr="00C628EA">
              <w:rPr>
                <w:lang w:val="en-GB"/>
              </w:rPr>
              <w:t>15:00 – 17:00</w:t>
            </w:r>
          </w:p>
        </w:tc>
        <w:tc>
          <w:tcPr>
            <w:tcW w:w="0" w:type="auto"/>
            <w:vAlign w:val="center"/>
            <w:hideMark/>
          </w:tcPr>
          <w:p w14:paraId="7649C785" w14:textId="1E158F94" w:rsidR="00C628EA" w:rsidRPr="00C628EA" w:rsidRDefault="00C628EA" w:rsidP="044971E9">
            <w:pPr>
              <w:rPr>
                <w:lang w:val="en-GB"/>
              </w:rPr>
            </w:pPr>
            <w:r w:rsidRPr="044971E9">
              <w:rPr>
                <w:lang w:val="en-GB"/>
              </w:rPr>
              <w:t>S3 Edu</w:t>
            </w:r>
            <w:r w:rsidR="489AE100" w:rsidRPr="044971E9">
              <w:rPr>
                <w:lang w:val="en-GB"/>
              </w:rPr>
              <w:t>cation</w:t>
            </w:r>
          </w:p>
          <w:p w14:paraId="5848A518" w14:textId="4471E0F5" w:rsidR="00C628EA" w:rsidRPr="00C628EA" w:rsidRDefault="609D947D" w:rsidP="00C628EA">
            <w:pPr>
              <w:rPr>
                <w:lang w:val="en-GB"/>
              </w:rPr>
            </w:pPr>
            <w:r w:rsidRPr="044971E9">
              <w:rPr>
                <w:lang w:val="en-GB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717DD971" w14:textId="4C9948DB" w:rsidR="00C628EA" w:rsidRPr="00C628EA" w:rsidRDefault="01A2FE79" w:rsidP="044971E9">
            <w:pPr>
              <w:shd w:val="clear" w:color="auto" w:fill="FFFFFF" w:themeFill="background1"/>
              <w:spacing w:before="120" w:after="0"/>
            </w:pPr>
            <w:r w:rsidRPr="044971E9">
              <w:rPr>
                <w:rFonts w:ascii="Arial" w:eastAsia="Arial" w:hAnsi="Arial" w:cs="Arial"/>
                <w:color w:val="1F1F1F"/>
                <w:sz w:val="21"/>
                <w:szCs w:val="21"/>
                <w:lang w:val="en-GB"/>
              </w:rPr>
              <w:t>CRJE Victoria Noble Center, New Bagamoyo Rd, Dar es Salaam, Tanzania</w:t>
            </w:r>
          </w:p>
          <w:p w14:paraId="0B6578DA" w14:textId="1A2DB28A" w:rsidR="00C628EA" w:rsidRPr="00C628EA" w:rsidRDefault="00C628EA" w:rsidP="044971E9">
            <w:pPr>
              <w:shd w:val="clear" w:color="auto" w:fill="FFFFFF" w:themeFill="background1"/>
              <w:spacing w:before="120" w:after="0"/>
              <w:rPr>
                <w:rFonts w:ascii="Arial" w:eastAsia="Arial" w:hAnsi="Arial" w:cs="Arial"/>
                <w:b/>
                <w:bCs/>
                <w:color w:val="1F1F1F"/>
                <w:sz w:val="21"/>
                <w:szCs w:val="21"/>
                <w:lang w:val="en-GB"/>
              </w:rPr>
            </w:pPr>
          </w:p>
          <w:p w14:paraId="75F26A13" w14:textId="3E182C6F" w:rsidR="00C628EA" w:rsidRPr="00C628EA" w:rsidRDefault="00C628EA" w:rsidP="00C628EA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FDC4B5E" w14:textId="25ABD1A3" w:rsidR="00C628EA" w:rsidRPr="00C628EA" w:rsidRDefault="01A2FE79" w:rsidP="00C628EA">
            <w:r w:rsidRPr="044971E9">
              <w:rPr>
                <w:rFonts w:ascii="Arial" w:eastAsia="Arial" w:hAnsi="Arial" w:cs="Arial"/>
                <w:color w:val="1F1F1F"/>
                <w:sz w:val="21"/>
                <w:szCs w:val="21"/>
                <w:lang w:val="en-GB"/>
              </w:rPr>
              <w:t>+255 759 533 786</w:t>
            </w:r>
          </w:p>
        </w:tc>
        <w:tc>
          <w:tcPr>
            <w:tcW w:w="0" w:type="auto"/>
            <w:vAlign w:val="center"/>
            <w:hideMark/>
          </w:tcPr>
          <w:p w14:paraId="33118422" w14:textId="6FF0CD42" w:rsidR="00C628EA" w:rsidRPr="00C628EA" w:rsidRDefault="01A2FE79" w:rsidP="044971E9">
            <w:pPr>
              <w:rPr>
                <w:lang w:val="en-GB"/>
              </w:rPr>
            </w:pPr>
            <w:hyperlink r:id="rId25">
              <w:r w:rsidRPr="044971E9">
                <w:rPr>
                  <w:rStyle w:val="Hyperlink"/>
                  <w:lang w:val="en-GB"/>
                </w:rPr>
                <w:t>tanzania@s3education.com</w:t>
              </w:r>
            </w:hyperlink>
          </w:p>
          <w:p w14:paraId="714447B6" w14:textId="7C13DD5F" w:rsidR="00C628EA" w:rsidRPr="00C628EA" w:rsidRDefault="00C628EA" w:rsidP="00C628EA">
            <w:pPr>
              <w:rPr>
                <w:lang w:val="en-GB"/>
              </w:rPr>
            </w:pPr>
          </w:p>
        </w:tc>
      </w:tr>
    </w:tbl>
    <w:p w14:paraId="41989A62" w14:textId="14ADFDBE" w:rsidR="00C628EA" w:rsidRPr="00C628EA" w:rsidRDefault="00C628EA" w:rsidP="00C628EA">
      <w:pPr>
        <w:rPr>
          <w:lang w:val="en-GB"/>
        </w:rPr>
      </w:pPr>
    </w:p>
    <w:p w14:paraId="046D382E" w14:textId="77777777" w:rsidR="00C628EA" w:rsidRDefault="00C628EA"/>
    <w:sectPr w:rsidR="00C628EA" w:rsidSect="00AF3D5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7255574">
    <w:abstractNumId w:val="8"/>
  </w:num>
  <w:num w:numId="2" w16cid:durableId="1125927343">
    <w:abstractNumId w:val="6"/>
  </w:num>
  <w:num w:numId="3" w16cid:durableId="849878710">
    <w:abstractNumId w:val="5"/>
  </w:num>
  <w:num w:numId="4" w16cid:durableId="302583313">
    <w:abstractNumId w:val="4"/>
  </w:num>
  <w:num w:numId="5" w16cid:durableId="615065654">
    <w:abstractNumId w:val="7"/>
  </w:num>
  <w:num w:numId="6" w16cid:durableId="1836146025">
    <w:abstractNumId w:val="3"/>
  </w:num>
  <w:num w:numId="7" w16cid:durableId="1333408898">
    <w:abstractNumId w:val="2"/>
  </w:num>
  <w:num w:numId="8" w16cid:durableId="630214502">
    <w:abstractNumId w:val="1"/>
  </w:num>
  <w:num w:numId="9" w16cid:durableId="103357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E06"/>
    <w:rsid w:val="000F2EFA"/>
    <w:rsid w:val="0015074B"/>
    <w:rsid w:val="0029639D"/>
    <w:rsid w:val="0030569E"/>
    <w:rsid w:val="00326F90"/>
    <w:rsid w:val="00341131"/>
    <w:rsid w:val="00436B6F"/>
    <w:rsid w:val="004679F2"/>
    <w:rsid w:val="004D3DDF"/>
    <w:rsid w:val="005D7E99"/>
    <w:rsid w:val="00600C4F"/>
    <w:rsid w:val="007C6B63"/>
    <w:rsid w:val="008C0247"/>
    <w:rsid w:val="00AA1D8D"/>
    <w:rsid w:val="00AC0C05"/>
    <w:rsid w:val="00AF3D54"/>
    <w:rsid w:val="00B47730"/>
    <w:rsid w:val="00BA6B0B"/>
    <w:rsid w:val="00C628EA"/>
    <w:rsid w:val="00CB0664"/>
    <w:rsid w:val="00D742AE"/>
    <w:rsid w:val="00FC693F"/>
    <w:rsid w:val="01A2FE79"/>
    <w:rsid w:val="03701069"/>
    <w:rsid w:val="044971E9"/>
    <w:rsid w:val="061A32F6"/>
    <w:rsid w:val="07B74D21"/>
    <w:rsid w:val="093CEB2B"/>
    <w:rsid w:val="0B9B4AE3"/>
    <w:rsid w:val="0D01F80E"/>
    <w:rsid w:val="0DDBDDE0"/>
    <w:rsid w:val="11F9CCF7"/>
    <w:rsid w:val="153C129C"/>
    <w:rsid w:val="16956CB1"/>
    <w:rsid w:val="1DFC118B"/>
    <w:rsid w:val="23AA3500"/>
    <w:rsid w:val="24BD350C"/>
    <w:rsid w:val="25A4B606"/>
    <w:rsid w:val="2682E2B4"/>
    <w:rsid w:val="2864D1D8"/>
    <w:rsid w:val="28AA2A3E"/>
    <w:rsid w:val="2BE8A8C5"/>
    <w:rsid w:val="2C329CAD"/>
    <w:rsid w:val="2F505687"/>
    <w:rsid w:val="30AF4B91"/>
    <w:rsid w:val="32A67BE4"/>
    <w:rsid w:val="32E3E4A2"/>
    <w:rsid w:val="334D7ADD"/>
    <w:rsid w:val="3469EC52"/>
    <w:rsid w:val="383FBA04"/>
    <w:rsid w:val="386D34A0"/>
    <w:rsid w:val="3AB2970B"/>
    <w:rsid w:val="3C2DA1F3"/>
    <w:rsid w:val="3D674361"/>
    <w:rsid w:val="3D9CD32B"/>
    <w:rsid w:val="4500DA42"/>
    <w:rsid w:val="462792E1"/>
    <w:rsid w:val="489AE100"/>
    <w:rsid w:val="49E6AC26"/>
    <w:rsid w:val="4B74F6C3"/>
    <w:rsid w:val="4E192226"/>
    <w:rsid w:val="55F158AC"/>
    <w:rsid w:val="5668E953"/>
    <w:rsid w:val="5BB91014"/>
    <w:rsid w:val="5C793191"/>
    <w:rsid w:val="5C7AAABD"/>
    <w:rsid w:val="5F871352"/>
    <w:rsid w:val="609D947D"/>
    <w:rsid w:val="6FA4338D"/>
    <w:rsid w:val="7008DABF"/>
    <w:rsid w:val="761B5B6A"/>
    <w:rsid w:val="78821374"/>
    <w:rsid w:val="78FE60FF"/>
    <w:rsid w:val="799B6E65"/>
    <w:rsid w:val="7CB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2B274C"/>
  <w14:defaultImageDpi w14:val="300"/>
  <w15:docId w15:val="{DB16535C-6376-4A0F-BB45-280143F5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628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anda@craydel.com" TargetMode="External"/><Relationship Id="rId13" Type="http://schemas.openxmlformats.org/officeDocument/2006/relationships/hyperlink" Target="mailto:info@uniconnectcentre.com" TargetMode="External"/><Relationship Id="rId18" Type="http://schemas.openxmlformats.org/officeDocument/2006/relationships/hyperlink" Target="mailto:info@ieduconsulta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info@uni-abroad.com" TargetMode="External"/><Relationship Id="rId7" Type="http://schemas.openxmlformats.org/officeDocument/2006/relationships/hyperlink" Target="mailto:ug@studynetug.com" TargetMode="External"/><Relationship Id="rId12" Type="http://schemas.openxmlformats.org/officeDocument/2006/relationships/hyperlink" Target="mailto:uganda@sableinternational.com" TargetMode="External"/><Relationship Id="rId17" Type="http://schemas.openxmlformats.org/officeDocument/2006/relationships/hyperlink" Target="mailto:ielts.kenya@idp.com" TargetMode="External"/><Relationship Id="rId25" Type="http://schemas.openxmlformats.org/officeDocument/2006/relationships/hyperlink" Target="mailto:tanzania@s3education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unipass.co.ke" TargetMode="External"/><Relationship Id="rId20" Type="http://schemas.openxmlformats.org/officeDocument/2006/relationships/hyperlink" Target="mailto:nairobi@studyin-uk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nfo@studynetug.com" TargetMode="External"/><Relationship Id="rId11" Type="http://schemas.openxmlformats.org/officeDocument/2006/relationships/hyperlink" Target="mailto:info@s3education.com" TargetMode="External"/><Relationship Id="rId24" Type="http://schemas.openxmlformats.org/officeDocument/2006/relationships/hyperlink" Target="mailto:daressalaam@studyin-uk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unihubconsultants.com" TargetMode="External"/><Relationship Id="rId23" Type="http://schemas.openxmlformats.org/officeDocument/2006/relationships/hyperlink" Target="mailto:info@sbb.co.tz" TargetMode="External"/><Relationship Id="rId10" Type="http://schemas.openxmlformats.org/officeDocument/2006/relationships/hyperlink" Target="mailto:info@slgafrica.com" TargetMode="External"/><Relationship Id="rId19" Type="http://schemas.openxmlformats.org/officeDocument/2006/relationships/hyperlink" Target="mailto:info@crayde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anda@tgmeducation.com" TargetMode="External"/><Relationship Id="rId14" Type="http://schemas.openxmlformats.org/officeDocument/2006/relationships/hyperlink" Target="mailto:info@openmaps.com.au" TargetMode="External"/><Relationship Id="rId22" Type="http://schemas.openxmlformats.org/officeDocument/2006/relationships/hyperlink" Target="mailto:kenya@s3education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627</Words>
  <Characters>3575</Characters>
  <Application>Microsoft Office Word</Application>
  <DocSecurity>4</DocSecurity>
  <Lines>29</Lines>
  <Paragraphs>8</Paragraphs>
  <ScaleCrop>false</ScaleCrop>
  <Manager/>
  <Company/>
  <LinksUpToDate>false</LinksUpToDate>
  <CharactersWithSpaces>4194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Emlyn Wilcox</cp:lastModifiedBy>
  <cp:revision>2</cp:revision>
  <dcterms:created xsi:type="dcterms:W3CDTF">2025-03-26T11:21:00Z</dcterms:created>
  <dcterms:modified xsi:type="dcterms:W3CDTF">2025-03-26T11:21:00Z</dcterms:modified>
  <cp:category/>
</cp:coreProperties>
</file>